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Statistical Questions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statistical question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pregunta estadística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variability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variabilidad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data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datos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question is statistical because the values of ___ may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Counts the number of people rather than deciding whether the measured values can vary.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Dot Plots and Shape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dot plot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diagrama de puntos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symmetric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skewed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sesgado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most common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más común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peak is ___ because ___. The plot represents all ___ observations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Plots one dot for each distinct value and loses repetitions.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