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2-1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Understand Statistical Questions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Order a short list least to greatest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Find the smallest number and write it first. Cross it off and repeat. Comparing two numbers is the same move, done one pair at a time.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Say what one tick mark on a number line is worth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Take the whole distance and divide by the number of equal jumps.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Order 7, 3, 12, 5, 9 least to greatest.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Least to greatest: 3, 5, 7, ______,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A line runs 0 to 10 in 5 equal jumps: 10 ÷ 5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So one jump is worth 2.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Order least to greatest: 6, 2, 9, 4, 8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Order least to greatest: 15, 8, 21, 11, 4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Order least to greatest: 30, 12, 25, 18, 7, 21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number line runs 0 to 20 with 4 equal jumps. One jump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number line runs 0 to 100 with 10 equal jumps. One jump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number line runs 0 to 12 with 4 equal jumps. One jump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One jump on a number line is worth 6. The line starts at 0 and has 5 equal jumps. What number is at the end?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Nine students said how many pets they have: 1, 0, 2, 1, 3, 1, 0, 2, 1. Order the list least to greatest, then say which number shows up most.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2: Statistics and Data Displays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2-1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2.1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