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2.10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Mean or Median?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outlier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valor atípico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skewed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asimétrico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symmetric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simétrico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measure of center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medida de centro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For ___ I choose the ___, because ___. For a different purpose, ___ could be useful.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Selects a measure mechanically without connecting it to the question.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Matching Center and Spread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symmetric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simétrico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skewed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asimétrico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mean and MAD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media y DMA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median and IQR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mediana y rango intercuartil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The distribution is ___, so I describe its center with ___ and its spread with ___ because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Pairs a center and spread without inspecting shape or assumes a resistant measure never changes.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2.10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2.10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