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2-10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Choose Appropriate Measures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mean and the median of the same short list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Median: order the values and take the middle. Mean: add them and divide by how many there are. Do both to the same list so you can compare them.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Spot the value far from the rest, and say which measure it moves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One very large or very small value drags the mean toward itself. The median barely moves, because it only cares about position.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Data: 2, 3, 3, 4, 50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Median: the middle of the five values is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Mean: (2 + 3 + 3 + 4 + 50) ÷ 5 = 62 ÷ 5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50 is far from the rest, so it pulls up the ______. The median fits the center better.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1, 2, 2, 3, 42. Find the median and the mean.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5, 6, 6, 7, 61. Find the median and the mean.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10, 12, 14, 16, 18. Find the median and the mean.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Which value sits far from the rest: 44, 46, 47, 48, 100?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8, 9, 10, 11, 92. Which fits the center better, the mean or the median?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20, 22, 24, 26, 28. Which fits the center better, the mean or the median?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Data: 4, 5, 6, 7, 8 has a mean of 6. Change the 8 to 38. What is the new mean, and does the median change?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Ten homes sold for these prices in thousands of dollars: 180, 190, 195, 200, 205, 210, 215, 220, 230, 1,000. Which measure of center should you report, and why?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2: Statistics and Data Displays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2-10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2.10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