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2.3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Finding the Median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mediana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data set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conjunto de datos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ordenar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After ordering all ___ observations, the middle value is ___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Selects the middle entry before sorting or removes repeated observations.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Median of an Even Data Set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mediana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middle values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valores centrales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average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promedio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median is between ___ and ___, so I calculate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Averages the minimum and maximum or selects only one middle value.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2.3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2.3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