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2-3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Describe the Data Using the Median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Order a list, then count in from both ends to the middle value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Write the numbers least to greatest first. With an odd count, cross off one from each end until one is left.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number halfway between two numbers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Add the two numbers and divide the sum by 2.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Find the median of 9, 4, 15, 6, 11.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In order: 4, 6, 9, 11,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Five numbers, so the middle is the 3rd: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Halfway between 12 and 17: (12 + 17) ÷ 2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Median of 8, 3, 12, 5, 10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Median of 14, 6, 9, 20, 11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Median of 21, 4, 17, 9, 12, 30, 8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What number is halfway between 24 and 30?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What number is halfway between 15 and 22?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Median of 10, 4, 16, 7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An ordered list of 5 numbers is 3, 7, ______, 14, 20 and the median is 11. What is the missing number?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Eight players scored 12, 15, 9, 20, 11, 14, 18, 16 points. Find the median.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2: Statistics and Data Displays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2-3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2.3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