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2-3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Describe Data Using the Median (Session 2)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Find the median, then find it again after the set changes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Order the values and take the middle one, or the number halfway between the middle two. When a value is removed or changed, re-order what is left and find the new middle.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Find the median of 4, 6, 7, 8, 40.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Five values in order, so the middle is the 3rd: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Now take out 40. Four values are left: 4, 6, 7,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The middle two are 6 and 7, so the median is (6 + 7) ÷ 2 =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Median of 3, 5, 9, 11, 50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Take 50 out of 3, 5, 9, 11, 50. New median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Median of 12, 14, 15, 16, 18, 19, 60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Take 60 out of 12, 14, 15, 16, 18, 19, 60. New median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Median of 8, 8, 9, 10, 11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Change the 11 in 8, 8, 9, 10, 11 to 95. New median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set of 5 numbers has a median of 14. Four of the values are 10, 12, 16, and 18. What is the fifth value?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Seven daily high temperatures: 68, 70, 71, 72, 73, 74, 95. Find the median. Then find the median again with 95 taken out.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2: Statistics and Data Displays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2-3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2.3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