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2-5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Describe Data by Range and Interquartile Range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Pick the two numbers a spread needs, then subtract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Range is largest minus smallest. IQR is Q3 minus Q1. Same subtraction both times; only the two numbers change.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Data: 12, 7, 19, 4, 15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Largest 19, smallest 4. Range = 19 − 4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A different set has Q1 = 6 and Q3 = 17.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IQR = Q3 − Q1 = 17 − ______ =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Range of 14, 9, 22, 6, 18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Range of 31, 27, 45, 19, 38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Range of 105, 98, 130, 87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Q1 = 12 and Q3 = 29. IQR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Q1 = 8.5 and Q3 = 21. IQR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Range of 200, 145, 208, 162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set has a range of 24 and its smallest value is 17. What is its largest value?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Nine bus rides took 16, 8, 22, 12, 30, 10, 26, 14, 20 minutes. Find the range and the IQR.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2: Statistics and Data Displays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2-5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2.5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