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2.7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Dividing a Decimal by a Whole Number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dividend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dividendo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quotient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cociente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annex a zero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agregar un cero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I divided ___ tenths into ___ groups, so each group has ___ tenths, or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Divides whole-number digits correctly but loses the value represented by each digit.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Dividing by a Decimal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equivalent division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división equivalente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power of ten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potencia de diez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Both quantities became ___ times as large numerically, but their ratio stayed ___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Moves a decimal in only one number or assumes division always makes a number smaller.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2.7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2.7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