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2-7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Divide Decimals Using an Algorithm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Divide whole numbers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Use a known fact when you see one. Otherwise divide place by place, largest place first.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or divide by 10, 100, or 1000 by moving the decimal point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Multiplying moves the point right; dividing moves it left. One place for 10, two for 100, three for 1000.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84 ÷ 4: 8 ÷ 4 = 2 and 4 ÷ 4 = 1, so 84 ÷ 4 = 21.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0.6 × 100 moves the point two places right: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4.8 ÷ 2: 48 ÷ 2 = 24, so 4.8 ÷ 2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60 ÷ 100 moves the point two places left: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96 ÷ 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7.2 ÷ 6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3.5 × 10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0.45 × 100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128 ÷ 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25.6 ÷ 100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______ ÷ 100 = 0.07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9.3 ÷ 6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2-7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2.7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