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2-8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Describe Data Using the Mean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Add the values, count them, and divide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Add the whole list to get a total. Count how many values there are. Divide the total by the count.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Find the missing addend that reaches a given total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Subtract what you already have from the total you want.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Find the mean of 10, 14, 8, 12, 16.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Total: 10 + 14 + 8 + 12 + 16 =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Count: ______ values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Mean = total ÷ count = ______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Mean of 6, 10, 8, 12, 14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Mean of 15, 11, 19, 7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Mean of 20, 24, 16, 28, 22, 22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Mean of 31, 45, 38, 42, 44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36 + ______ = 50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______ + 27 = 90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Four numbers have a mean of 15. What is their total?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Six quiz scores: 18, 14, 20, 16, 15, 19. Find the mean. Then find what a seventh score would have to be to make the mean of all seven 18.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2: Statistics and Data Displays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2-8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2.8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