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2.9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Finding Mean Absolute Deviation (MAD)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mean absolute deviation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desviación media absoluta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deviation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desviación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absolute value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valor absoluto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spread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dispersión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MAD is ___ because the total distance ___ is divided by ___. It describes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Averages signed deviations or stops after adding the distances.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Comparing Data Sets Using MAD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variación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consistent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consistente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mean absolute deviation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desviación media absoluta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Both sets have mean ___, but set ___ has a smaller MAD, so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Assumes equal means imply equal distributions or equal variability.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2.9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2.9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