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3.2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Understanding Unit Rates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rate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tasa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unit rate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tasa unitaria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por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constant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constante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I need ___ per ___, so I divide ___ by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Divides in the opposite order without changing the meaning of the unit.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Comparing Unit Prices (Best Buy)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unit price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precio unitario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better buy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mejor compra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total price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precio total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Pack ___ is cheaper per notebook because ___ is less than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Chooses the lower package price without matching quantities.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3.2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3.2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