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3-2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Rates and Unit Rates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Divide to find the amount for one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Divide the total by the number of items. Label the answer with the unit for one item.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60 ounces of juice are poured equally into 4 cups.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Ounces in 1 cup = 60 ÷ ______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= ______ ounces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Unit rate: ______ ounces per cup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3 notebooks cost $9. What does 1 notebook cost?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5 bags hold 40 marbles in all. How many marbles are in 1 bag?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car travels 150 miles in 3 hours. How far does it travel in 1 hour?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printer prints 96 pages in 8 minutes. How many pages does it print in 1 minute?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12 cans of soup cost $18. What is the price of 1 can?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faucet fills 4 buckets with 30 liters of water. How many liters are in 1 bucket?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One box holds 6 crayons. How many boxes are needed for 54 crayons?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Brand A: 2 pounds for $6. Brand B: 5 pounds for $10. Price per pound for Brand A: ______   For Brand B: ______   Which is the better buy?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3: Ratios and Rates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3-2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3.2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