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3.5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Comparing Ratios with Common Terms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common multiple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múltiplo común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least common multiple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mínimo común múltiplo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stronger / weaker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más fuerte / más débil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For the same ___ cups of concentrate, ___ uses ___ water, so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Compares unequal reference amounts or confuses the water with the total mixture.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Comparing Rates with Benchmarks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benchmark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punto de referencia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tasa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unit rate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tasa unitaria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I compared ___ minutes for both, which gives ___ and ___, so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Selects the larger produced quantity without considering elapsed time.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3.5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3.5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