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3.6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Customary Unit Conversions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customary units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unidades usuales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convert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convertir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conversion 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 de conversión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exact length is ___ yards, but I buy ___ because ___ would not be enough.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Rounds a required purchase down or uses the wrong unit fact.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Metric Unit Conversions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metric units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unidades métricas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powers of 10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potencias de 10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convert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convertir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numerical measure changed from ___ to ___, but the quantity stayed the same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Divides numbers expressed in different units or moves a decimal without identifying a scale factor.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3.6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3.6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