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3-6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Converting Within One System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Multiply or divide by the conversion number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Going to a smaller unit, multiply. Going to a bigger unit, divide. For metric steps the number is 10, 100, or 1,000.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Change 4 feet to inches.  1 foot = 12 inches.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Inches are smaller, so multiply:  4 × 12 = ______ inches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Change 2.5 meters to centimeters.  1 meter = 100 centimeters.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2.5 × ______ = ______ centimeters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3 feet = ______ inches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5 pounds = ______ ounces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24 inches = ______ feet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8 quarts = ______ gallons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4.2 meters = ______ centimeters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3,500 grams = ______ kilograms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board is 108 inches long. How many feet is that? ______   How many yards?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recipe needs 2 gallons of water. You are filling 1-quart jars. How many jars will you fill?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3: Ratios and Rates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3-6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3.6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