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4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cantSplit/>
        </w:trPr>
        <w:tc>
          <w:tcPr>
            <w:tcW w:w="648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Name</w:t>
            </w:r>
          </w:p>
        </w:tc>
        <w:tc>
          <w:tcPr>
            <w:tcW w:w="396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605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Date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792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Period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2"/>
          <w:u w:val="none"/>
        </w:rPr>
        <w:t xml:space="preserve"/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2"/>
          <w:sz w:val="19"/>
          <w:u w:val="none"/>
        </w:rPr>
        <w:t xml:space="preserve">Lesson 3-7  ·  Warm-Up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34"/>
          <w:u w:val="none"/>
        </w:rPr>
        <w:t xml:space="preserve">Warm-Up Practice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5A5F66"/>
          <w:sz w:val="20"/>
          <w:u w:val="none"/>
        </w:rPr>
        <w:t xml:space="preserve">Converting Between Systems</w:t>
      </w:r>
    </w:p>
    <w:p>
      <w:pPr>
        <w:pBdr>
          <w:bottom w:val="single" w:sz="4" w:space="5" w:color="C9CDD2"/>
        </w:pBdr>
        <w:spacing w:before="0" w:after="0" w:line="240" w:lineRule="auto"/>
      </w:pP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The Move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what this page practices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Multiply by the conversion factor and keep the unit label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Multiply the measurement by the factor for one unit. Write the new unit next to the answer.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Round the decimal answer to the nearest tenth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Look at the hundredths digit. 5 or more rounds the tenths digit up; less than 5 leaves it alone.</w:t>
      </w: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Worked Model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we do this one together</w:t>
      </w:r>
    </w:p>
    <w:tbl>
      <w:tblPr>
        <w:tblW w:w="9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1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Change 4 miles to kilometers.  1 mile ≈ 1.6 kilometers.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2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4 × 1.6 = ______ kilometers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3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Change 7 pounds to kilograms.  1 pound ≈ 0.45 kilogram.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4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7 × 0.45 = ______ kilograms, then round to ______ kilograms</w:t>
            </w:r>
          </w:p>
        </w:tc>
      </w:tr>
    </w:tbl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Your Turn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8 items · about 10 minutes</w:t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1.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1 mile ≈ 1.6 kilometers.  5 miles = ______ kilometers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2.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1 pound ≈ 0.45 kilogram.  4 pounds = ______ kilograms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3.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1 inch = 2.54 centimeters.  3 inches = ______ centimeters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4.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1 kilogram ≈ 2.2 pounds.  6 kilograms = ______ pounds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5.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1 liter ≈ 1.06 quarts.  3 liters = ______ quarts.  Round to the nearest tenth: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6.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1 gallon ≈ 3.79 liters.  2 gallons = ______ liters.  Round to the nearest tenth: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7.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1 mile ≈ 1.6 kilometers. A race is 8 kilometers long. About how many miles is that?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8.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1 pound ≈ 0.45 kilogram. A dog weighs 20 pounds. Find its mass in kilograms: ______   The medicine dose is 2 mL for each kilogram. How many mL?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</w:pPr>
    <w:r>
      <w:rPr>
        <w:rFonts w:ascii="Avenir Next" w:hAnsi="Avenir Next" w:cs="Avenir Next" w:eastAsia="Avenir Next"/>
        <w:b w:val="0"/>
        <w:i w:val="0"/>
        <w:color w:val="1A1A1A"/>
        <w:sz w:val="4"/>
        <w:u w:val="none"/>
      </w:rPr>
      <w:t xml:space="preserve"/>
    </w:r>
  </w:p>
  <w:tbl>
    <w:tblPr>
      <w:tblW w:w="9504" w:type="dxa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4752"/>
      <w:gridCol w:w="4752"/>
    </w:tblGrid>
    <w:tr>
      <w:tc>
        <w:tcPr>
          <w:tcW w:w="5892" w:type="dxa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Grade 6 Mathematics  ·  Unit 3: Ratios and Rates</w:t>
          </w:r>
        </w:p>
      </w:tc>
      <w:tc>
        <w:tcPr>
          <w:tcW w:w="3612" w:type="dxa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Lesson 3-7  ·  Warm-Up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Avenir Next" w:hAnsi="Avenir Next" w:cs="Avenir Next" w:eastAsia="Avenir Next"/>
        <w:sz w:val="21"/>
        <w:szCs w:val="21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Next" w:hAnsi="Avenir Next"/>
      <w:sz w:val="21"/>
      <w:rFonts w:ascii="Avenir Next" w:hAnsi="Avenir Next" w:cs="Avenir Next" w:eastAsia="Avenir Nex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Reveal Math Grade 6 · 3.7 Warm-Up</dc:title>
  <dc:subject/>
  <dc:creator>Neft Teacher</dc:creator>
  <cp:keywords/>
  <dc:description>generated by python-docx</dc:description>
  <cp:lastModifiedBy>Neft Teacher</cp:lastModifiedBy>
  <cp:revision>1</cp:revision>
  <dcterms:created xsi:type="dcterms:W3CDTF">2013-12-23T23:15:00Z</dcterms:created>
  <dcterms:modified xsi:type="dcterms:W3CDTF">2013-12-23T23:15:00Z</dcterms:modified>
  <cp:category/>
</cp:coreProperties>
</file>