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4-3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Estimate the Percent of a Number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Build a percent of a number from 10% and 1%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10% of a number: shift the decimal point one place left. 1%: shift two places left. Halve 10% to get 5%, halve again for a quarter of the way, and double 10% to get 20%.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10% of 320: move the point one place left, so 10% of 320 = 32.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1% of 320: move it two places left, so 1% of 320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5% of 320 is half of 10%, so 5% of 320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20% of 320 is double 10%, so 20% of 320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10% of 450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1% of 450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10% of 86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50% of 64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5% of 60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25% of 80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10% of a number is 7. What is the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Estimate 10% of 396. Round 396 to 400 first.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4: Working with Percents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4-3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4.3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