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4-4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Find and Compare with Percentages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percent of a number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Write the percent as a decimal and multiply, or use the benchmark fraction: 50% is 1/2, 25% is 1/4, 20% is 1/5, 10% is 1/10.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25% of 80: 25% = 0.25, so 0.25 × 80 = 20.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3/4 of 80: 80 ÷ 4 = 20, then 20 × 3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20% of 50: 0.2 × 50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30% of 40: 0.3 × 40 = ______, so 30% of 40 is the larger amount.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0.4 × 60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Find 30% of 90.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Find 50% of 46.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Find 25% of 120.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Find 1/5 of 45.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Find 10% of 250, then 5% of 250.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Find 15% of 60. Use 10% and 5%.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Which is more, 40% of 60 or 30% of 90?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4: Working with Percents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4-4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4.4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