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4-5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the Whole Given the Part and Percent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the whole: divide the part by the percent, then check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Write the percent as a decimal and divide the part by it. Then check by multiplying: that percent of your answer should give the part back.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12 is 25% of what number?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25% as a decimal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12 ÷ 0.25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Check: 0.25 × 48 = ______, and that is the part we started with.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9 is 25%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15 is 50%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7 is 10%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20 is 40%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6 ÷ 1/4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 is 1%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12 is 75% of what number?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Maya has read 24 pages. That is 20% of the book. How many pages are in the book?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4: Working with Percents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4-5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4.5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