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spacing w:after="120" w:line="259" w:lineRule="auto"/>
      </w:pPr>
      <w:r>
        <w:rPr>
          <w:rFonts w:ascii="Arial" w:hAnsi="Arial"/>
          <w:b/>
          <w:color w:val="202B33"/>
          <w:sz w:val="36"/>
        </w:rPr>
        <w:t>Lesson 5.4 Explain Your Thinking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1 · Area of Regular Polygons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regular polygon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polígono regular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apothem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apotema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congruent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congruente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The relevant faces or regions are ___ because ___. My labeled dimensions show ___, so the measure is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Uses center-to-vertex length as the apothem or drops approximation notation.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p>
      <w:r>
        <w:br w:type="page"/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2 · Composite Figures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composite figure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figura compuesta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add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sumar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subtract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restar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The relevant faces or regions are ___ because ___. My labeled dimensions show ___, so the measure is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Adds a removed region or double-counts overlapping pieces.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1080" w:bottom="893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b w:val="0"/>
        <w:color w:val="202B33"/>
        <w:sz w:val="16"/>
      </w:rPr>
      <w:t xml:space="preserve">October 2026 · Lesson 5.4 Explain Your Thinking ·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b/>
        <w:color w:val="003A70"/>
        <w:sz w:val="17"/>
      </w:rPr>
      <w:t>GRADE 6 MATHEMATICS  |  STUDENT SUPPORT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02B33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02B33"/>
      <w:spacing w:val="5"/>
      <w:kern w:val="28"/>
      <w:sz w:val="23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5.4 Explain Your Thinking</dc:title>
  <dc:subject>Student support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