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5.5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Volume of Rectangular Prisms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volume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volumen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rectangular prism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prisma rectangular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cubic units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unidades cúbicas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Calls base area the volume or uses square units for volume.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Missing Fractional Edges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edge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arista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fraction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fracción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volume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volumen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Counts small cubes as full cubic centimeters.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5.5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5.5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