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Division Expressions with Fractions and Whole Numbers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Name the reciprocal, then multiply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Dividing by a fraction is the same as multiplying by its reciprocal. Flip the fraction, then multiply.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Read a fraction bar as “divided by”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 fraction bar is a division sign. 12/3 means 12 ÷ 3.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 ÷ 1/4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reciprocal of 1/4 is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3 ×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 ÷ 1/2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÷ 1/3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6 ÷ 1/4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 ÷ 1/8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10/2 means 10 ÷ 2, so 10/2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24/8 means 24 ÷ 8, so 24/8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in the missing number: ______ ÷ 1/5 = 20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ribbon is 3 feet long. How many 1/2-foot pieces can you cut from it?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