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6.2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Dividing a Fraction by a Fraction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reciprocal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recíproco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dividend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dividendo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divisor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divisor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quotient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cociente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Reports only complete pieces when the question asks for the numerical quotient.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Dividing with Mixed Numbers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mixed number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número mixto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improper fraction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fracción impropia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simplify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simplificar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Rounds up to count a complete object that cannot be made.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6.2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6.2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