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6-2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Division Expressions with Fractions and Mixed Numbers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Rewrite a mixed number as an improper fraction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Multiply the whole number by the denominator, add the numerator, keep the same denominator.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Divide fractions: multiply by the reciprocal, then simplify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Flip the second fraction and multiply. Then write the answer in lowest terms.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2 1/2 ÷ 3/4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2 1/2 =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= 5/2 ×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= ______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1 1/2 ÷ 1/4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2 1/3 ÷ 1/2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3/4 ÷ 2/3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2/5 ÷ 4/5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Write 3 2/5 as an improper fraction: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5/6 ÷ 1/3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Fill in the missing number: 3/4 ÷ ______ = 3/2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batch of granola uses 3/4 cup of oats. You have 4 1/2 cups. How many batches can you make?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6: Expressions and Operations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6-2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6.2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