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6-3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8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1"/>
          <w:u w:val="none"/>
        </w:rPr>
        <w:t xml:space="preserve">Explore Numerical Expressions with Exponents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Multiply a repeated factor to find its value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Multiply two factors, then multiply that product by the next factor. Work left to right.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 × 2 × 2 × 2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______ × 2 × 2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______ × 2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 × 2 × 2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3 × 3 × 3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 × 5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4 × 4 × 4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10 × 10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10 × 10 × 10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same factor is used 2 times and the product is 36. The factor is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 × 5 × 5 uses the factor 5 ______ times, and the product is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6: Expressions and Operations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6-3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6.3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