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6-4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Write and Evaluate Numerical Expressions with Exponents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Evaluate with the order of operations, powers included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Grouping symbols first: parentheses and a fraction bar. Then powers. Then × and ÷ left to right. Then + and − left to right.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3 + 2² × 5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3 + ______ × 5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3 +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 + 3² × 2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 + 4² ÷ 8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(2 + 3)²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20 − 2 × 3²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24/(4 + 2)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4 × 3² − 6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Fill in the missing number: 5 + ______² = 30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Write an expression for “the product of 3 and 5, plus 4.” Then find its value.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6: Expressions and Operations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6-4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6.4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