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6-5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8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1"/>
          <w:u w:val="none"/>
        </w:rPr>
        <w:t xml:space="preserve">Write and Evaluate Algebraic Expressions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Substitute the value, then evaluate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4n means 4 × n. Put the number in place of the letter, then follow the order of operations.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Evaluate 4n + 3 when n = 5.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4n means 4 × n, so 4n = 4 × ______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 + 3</w:t>
            </w:r>
          </w:p>
        </w:tc>
      </w:tr>
      <w:tr>
        <w:trPr>
          <w:cantSplit/>
          <w:trHeight w:val="21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3n + 2 when n = 6.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5n − 4 when n = 3.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2x + 7 when x = 8.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6a ÷ 2 when a = 4.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n² + 1 when n = 4.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Evaluate 2(x + 5) when x = 3.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4n + 1 = 21. What is n?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an expression for “7 more than a number n.” ______</w:t>
      </w:r>
    </w:p>
    <w:tbl>
      <w:tblPr>
        <w:tblW w:w="9014" w:type="dxa"/>
        <w:tblInd w:w="49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cantSplit/>
          <w:trHeight w:val="240" w:hRule="atLeast"/>
        </w:trPr>
        <w:tc>
          <w:tcPr>
            <w:tcW w:w="9014" w:type="dxa"/>
          </w:tcPr>
          <w:p>
            <w:pPr>
              <w:keepNext w:val="1"/>
              <w:keepLines w:val="1"/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"/>
                <w:u w:val="none"/>
              </w:rPr>
              <w:t xml:space="preserve"/>
            </w:r>
          </w:p>
        </w:tc>
      </w:tr>
    </w:tbl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6: Expressions and Operations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6-5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6.5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