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spacing w:after="120" w:line="259" w:lineRule="auto"/>
      </w:pPr>
      <w:r>
        <w:rPr>
          <w:rFonts w:ascii="Arial" w:hAnsi="Arial"/>
          <w:b/>
          <w:color w:val="202B33"/>
          <w:sz w:val="36"/>
        </w:rPr>
        <w:t>Lesson 6.6 Explain Your Thinking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1 · Simplifying to Show Equivalence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like terms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términos semejantes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combine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combinar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equivalent expressions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expresiones equivalentes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My model or expression represents ___ because ___. The structure shows ___, so the result is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Combines variable terms and constants into one coefficient.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p>
      <w:r>
        <w:br w:type="page"/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2 · Testing and Justifying Equivalence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equivalent expressions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expresiones equivalentes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counterexample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contraejemplo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Distributive Property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propiedad distributiva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Commutative Property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propiedad conmutativa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My model or expression represents ___ because ___. The structure shows ___, so the result is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Treats one matching substitution as proof of equivalence.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80" w:bottom="893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b w:val="0"/>
        <w:color w:val="202B33"/>
        <w:sz w:val="16"/>
      </w:rPr>
      <w:t xml:space="preserve">October 2026 · Lesson 6.6 Explain Your Thinking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/>
        <w:color w:val="003A70"/>
        <w:sz w:val="17"/>
      </w:rPr>
      <w:t>GRADE 6 MATHEMATICS  |  STUDENT SUPPORT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02B33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02B33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6.6 Explain Your Thinking</dc:title>
  <dc:subject>Student support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