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6-6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Identify Equivalent Algebraic Expressions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Evaluate two expressions at the same value and compare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Substitute the same number into both expressions. If the two values match, the expressions match at that value.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Multiply a number by a sum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You may add inside the parentheses first, or multiply each part and then add. Both give the same value.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Evaluate 2(x + 3) and 2x + 6 when x = 4.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2(x + 3) = 2 × (4 + 3) = 2 ×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2x + 6 = 2 × 4 + 6 = ______ + 6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Both equal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Evaluate 3(x + 2) and 3x + 6 when x = 5. Both equal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Evaluate 4(x + 1) and 4x + 4 when x = 3. Both equal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Evaluate 5n − 2 when n = 6.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Evaluate 2(n + 7) when n = 3.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3(4 + 5)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6(2 + 3) = ______ and 6 × 2 + 6 × 3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2(x + 5) = 18. What is x?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5x + 2x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6: Expressions and Operations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6-6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6.6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