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after="120" w:line="259" w:lineRule="auto"/>
      </w:pPr>
      <w:r>
        <w:rPr>
          <w:rFonts w:ascii="Arial" w:hAnsi="Arial"/>
          <w:b/>
          <w:color w:val="202B33"/>
          <w:sz w:val="36"/>
        </w:rPr>
        <w:t>Lesson 6.7 Explain Your Thinking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1 · Factors and Greatest Common Factor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factor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factor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greatest common factor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máximo común divisor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prime factorization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factorización prima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My model or expression represents ___ because ___. The structure shows ___, so the result is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Reports the number of items per kit as the GCF.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p>
      <w:r>
        <w:br w:type="page"/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2 · Multiples and Least Common Multiple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multiple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múltiplo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common multiple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múltiplo común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least common multiple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mínimo común múltiplo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My model or expression represents ___ because ___. The structure shows ___, so the result is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Uses GCF for recurrence or reports today as the next meeting.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202B33"/>
        <w:sz w:val="16"/>
      </w:rPr>
      <w:t xml:space="preserve">October 2026 · Lesson 6.7 Explain Your Thinking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003A70"/>
        <w:sz w:val="17"/>
      </w:rPr>
      <w:t>GRADE 6 MATHEMATICS  |  STUDENT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02B3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B33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6.7 Explain Your Thinking</dc:title>
  <dc:subject>Student support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