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7.1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Integers and Opposites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integer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entero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opposite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opuesto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negative number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número negativo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location or direction is ___, but the distance is ___. I know this because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Confuses zero change with zero quantity.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Integers in Real Situations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opposite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opuesto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opposite of the opposite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opuesto del opuesto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integer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entero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location or direction is ___, but the distance is ___. I know this because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Treats taking the opposite twice as making the value positive in every case.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7.1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7.1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