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Explore Integers and Their Opposites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Name the opposite of a number and say which side of 0 it sits on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Opposites are the same distance from 0, on opposite sides. The opposite of a positive number is negative, the opposite of a negative number is positive, and the opposite of 0 is 0.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Find the opposite of −6.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−6 sits ______ units to the left of 0.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Its opposite sits 6 units to the ______ of 0.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So the opposite of −6 is ______.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opposite of −9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opposite of 4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opposite of −1/2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Count back by 1s:  3, 2, 1, 0, ______, ______,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 a number line, is −7 to the left or to the right of 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opposite of 0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number’s opposite is −15. What is the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diver is 12 feet below sea level. Write that depth as an integer, then write its opposite and say what the opposite means.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