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7.2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Rational Numbers on a Number Line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rational number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número racional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integer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número entero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number line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recta numérica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Counts ticks without identifying their scale.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Opposites of Rational Numbers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opposite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opuesto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opposite of the opposite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opuesto del opuesto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rational number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número racional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location or direction is ___, but the distance is ___. I know this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Changes notation but not location or confuses opposite with reciprocal.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7.2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7.2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