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Represent Rational Numbers and Their Opposites on the Number Line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Name the two integers a fraction or decimal falls between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Every number sits between two integers. Turn a fraction into a decimal first by dividing: 11/2 = 5.5. A negative number sits between two negative integers, so −5.5 is between −6 and −5.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Where does −11/2 go on a number line?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11/2 = 11 ÷ 2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So −11/2 = −5.5, which sits between −6 and −______.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It is halfway between them, so it is ______ units to the left of 0.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2.7 is between the integers ______ and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−2.7 is between the integers ______ and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7/2 as a decimal.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−9/4 is between which two integers?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is farther from 0: −4.1 or −3.9?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number line from −1 to 0 is cut into 5 equal parts. The first tick to the left of 0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number sits between −8 and −7 and is closer to −8. Is it −7.2 or −7.8?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Point A sits at −5/2 on a number line. Name its opposite and say how far each point is from 0.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