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7.3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Absolute Value as Distance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absolute value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valor absoluto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distance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distancia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magnitude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magnitud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location or direction is ___, but the distance is ___. I know this because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Uses absolute value to decide ordinary numerical order.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Absolute Value as Total Distance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absolute value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valor absoluto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distance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distancia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opposite sides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lados opuestos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location or direction is ___, but the distance is ___. I know this because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Always adds absolute values for any pair of numbers.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7.3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7.3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