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7-3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Understand Absolute Value of Rational Numbers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Report distance on a number line as a positive number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|−9| asks how far −9 is from 0, so the answer is 9. Opposites have the same distance from 0. For two points on opposite sides of 0, add each one’s distance from 0 to get the distance between them.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How far is it from −4 to 3 on a number line?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−4 is ______ units from 0.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3 is ______ units from 0.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They are on opposite sides of 0, so add:  4 + 3 = ______ units.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|−9|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|6|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How far is −12 from 0?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|−3/4|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How far is it from −5 to 2 on a number line?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How far is it from −8 to −3 on a number line?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|n| = 10. Name both numbers n could be.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submarine sits at −60 feet and a gull flies at 25 feet. How far is the submarine from sea level, and how far apart are the submarine and the gull?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7: Integers and Coordinate Plane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7-3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7.3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