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7-4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Compare and Order Integers and Rational Numbers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Compare numbers by their place on a number line: left is less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The number farther left on a number line is the smaller number. With negatives that reverses how the digits feel: −6 &lt; −2 even though 6 &gt; 2. Rewrite a fraction as a decimal before comparing it with a decimal.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Order from least to greatest:  −3, 1.5, −1/2, 0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Rewrite the fraction as a decimal:  −1/2 = −0.5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Read left to right on a number line:  −3, ______, 0,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Answer:  −3, −1/2, 0,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&lt; or &gt;:   −7 ______ −4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&lt; or &gt;:   −1 ______ 2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&lt; or &gt;:   −0.8 ______ −0.3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&lt; or &gt;:   −3/4 ______ −1/4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from least to greatest:  −5, 2, −8, 0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Order from least to greatest:  −1.5, −1/2, 1, −2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Name a number that is greater than −6 and less than −5.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Monday’s low was −4°F, Tuesday’s was −9°F, and Wednesday’s was 2°F. Order the days from coldest to warmest.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7: Integers and Coordinate Plane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7-4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7.4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