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7.5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Plotting Points on the Coordinate Plane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coordinate plane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plano de coordenadas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ordered pair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par ordenado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origin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origen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quadrant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cuadrante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location or direction is ___, but the distance is ___. I know this because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Assigns an axis point to a quadrant.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Reflecting Points Across Axes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reflection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reflexión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x-axis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eje x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y-axis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eje y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location or direction is ___, but the distance is ___. I know this because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Applies an independent reflection to the wrong starting image or changes both coordinates in one reflection.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7.5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7.5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