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7.6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Distance Between Points on a Grid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absolute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absoluto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coordinate plane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plano de coordenadas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unchanged coordinate or returns a signed distance.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Distances on the Plane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distancia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quadrant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cuadrante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compare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comparar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Compares grid units with meters without conversion.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7.6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7.6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