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7.7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Polygons and Perimeter on the Plane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polygon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polígono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vertex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vértice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perimeter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perímetro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Confuses coordinate values with side lengths.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Designing Polygons with Scale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scale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escala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area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área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dimensions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dimensiones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Applies a length scale only once to area.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7.7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7.7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