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7-7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Represent Polygons on the Coordinate Plane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a side length from two vertices, then add the sides for perimeter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Two vertices with the same y-value form a horizontal side: subtract the x-values and take the absolute value. The same x-value means a vertical side. Add all of the side lengths to get the perimeter.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area from those side lengths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Rectangle: area = length × width. Triangle: area = 1/2 × base × height. Area is measured in square units.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rectangle has vertices (1, 1), (5, 1), (5, 4), (1, 4).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Bottom side:  |5 − 1| = 4 units.   Left side:  |4 − 1| = ______ units.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Perimeter = 4 + 3 + 4 + 3 = ______ units.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Area = 4 × 3 = ______ square units.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rectangle has vertices (2, 1), (7, 1), (7, 4), (2, 4). How long is the bottom side? The left side?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rectangle has sides 5, 3, 5, and 3 units. Perimeter = ______ units. Area = ______ square units.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rectangle has vertices (−3, 2), (1, 2), (1, 5), (−3, 5). What is its perimeter?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rectangle has vertices (−5, −1), (−1, −1), (−1, 4), (−5, 4). What is its area?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square has vertices (0, 0), (6, 0), (6, 6), (0, 6). Perimeter = ______ units. Area = ______ square units.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triangle has vertices (2, 1), (8, 1), (2, 5). Its base is 6 units and its height is 4 units. What is its area?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side of a rectangle runs from (−2, 3) to (−2, −1). The perimeter is 18 units. How long is each of the other two sides?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garden has corners at (−4, −2), (3, −2), (3, 2), (−4, 2) on a grid where 1 unit is 1 meter. Find its perimeter and its area.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7-7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7.7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