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8.1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Equations and Solutions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ecuación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solution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solución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substitute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sustituir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Accepts a proposed value without testing the original equality.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Writing Equations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ecuación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unknown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incógnita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Models the unknown as the remaining amount instead of the removed amount.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8.1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