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8-1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8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1"/>
          <w:u w:val="none"/>
        </w:rPr>
        <w:t xml:space="preserve">Understand Equations and Their Solutions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Check whether a value is a solution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Put the value in for the letter. Work out each side. If the two sides are equal, the value is a solution.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Is x = 4 a solution of 3x = 12?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3 × ______ = 12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______ = 12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sides match, so x = 4 ______ a solution.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Is x = 5 a solution of 4x = 20?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Is x = 3 a solution of x + 8 = 12?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Is m = 7 a solution of m − 2 = 5?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Is y = 6 a solution of 2y + 1 = 12?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Is p = 9 a solution of 45 ÷ p = 9?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Is w = 12 a solution of 1/3 × w = 4?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Fill in the missing number so that x = 6 is a solution: 5x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an equation for: three times a number n is 15. Then say whether n = 5 is a solution.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8: Equations and Inequalities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8-1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8.1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