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8.2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Addition Equations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inverse operation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operación inversa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isolate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aislar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one-step equation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ecuación de un paso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value or set ___ makes the statement true because ___. I check it by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Uses an unexplained move-across rule or changes one side only.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Subtraction Equations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inverse operation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operación inversa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Addition Property of Equality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propiedad de suma de la igualdad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difference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diferencia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value or set ___ makes the statement true because ___. I check it by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Subtracts again to solve a subtraction equation.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8.2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8.2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