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8-2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Write and Solve Equations Using Addition or Subtraction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Undo an addition or subtraction to find the unknown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See what was done to the letter. Do the opposite to both sides. Adding undoes subtracting, and subtracting undoes adding.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Check by substituting the answer back in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Put your answer in place of the letter and work out that side. If it equals the other side, the answer is right.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m − 11 = 25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11 was subtracted, so add ______ to both sides.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m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Check: ______ − 11 = 25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x + 7 = 19.  x = ______.  Check: ______ + 7 = 19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n − 6 = 14.  n = ______.  Check: ______ − 6 = 14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+ 25 = 40.  a = ______.  Check: ______ + 25 = 40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b − 18 = 32.  b = ______.  Check: ______ − 18 = 32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c + 3.5 = 9.2.  c = ______.  Check: ______ + 3.5 = 9.2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 − 1/4 = 1/2.  d = ______.  Check: ______ − 1/4 = 1/2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y + ______ = 31, and y = 19. What number goes in the blank?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book costs $14. After buying it, Maya has $9 left. Write an equation for the money m she started with, then solve.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8: Equations and Inequalities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8-2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8.2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