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8.3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Multiplication Equations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coefficient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coeficiente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inverse operation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operación inversa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Division Property of Equality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propiedad de división de la igualdad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Multiplies by the coefficient instead of dividing or expects only whole-number solutions.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Division Equations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Multiplication Property of Equality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propiedad de multiplicación de la igualdad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equal groups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grupos iguales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Divides again or makes an unconditional total/share comparison.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8.3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8.3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