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8-3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Write and Solve Equations Using Multiplication or Division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Undo a multiplication or division to find the unknown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See what the letter was multiplied or divided by. Do the opposite to both sides. Dividing undoes multiplying, and multiplying undoes dividing. To undo multiplying by 1/3, divide by 1/3, which is the same as multiplying by 3.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Check by substituting the answer back in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Put your answer in place of the letter and work out that side. If it equals the other side, the answer is right.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6x = 42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x was multiplied by 6, so divide both sides by ______.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x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Check: 6 × ______ = 42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4x = 36.  x = ______.  Check: 4 × ______ = 36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x ÷ 5 = 9.  x = ______.  Check: ______ ÷ 5 = 9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9m = 72.  m = ______.  Check: 9 × ______ = 72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n ÷ 7 = 6.  n = ______.  Check: ______ ÷ 7 = 6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12p = 3.6.  p = ______.  Check: 12 × ______ = 3.6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1/3 × w = 6.  w = ______.  Check: 1/3 × ______ = 6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Fill in the missing number so that k = 15 is a solution: 5k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Eight friends share 96 marbles evenly. Write an equation for the number m each friend gets, then solve.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8: Equations and Inequalities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8-3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8.3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