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8-4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Write and Represent Inequalities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Turn a comparison phrase into an inequality symbol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At least and no less than mean ≥. At most and no more than mean ≤. More than means &gt;. Fewer than and less than mean &lt;. If the boundary number is allowed, the symbol has a line under it.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Test a value against the inequality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Put the value in and read the comparison out loud. If it is true, the value is a solution. The boundary number itself works only with ≤ or ≥.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You must be at least 48 inches tall.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At least means the height can equal 48 or be 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h ______ 48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Is 50 a solution?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You must be at least 60 inches tall. Height h:  h ______ 60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You may bring at most 3 bags. Number of bags b:  b ______ 3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No more than 25 students fit in the van. Number of students s:  s ______ 25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More than 10 people signed up. Number of people p:  p ______ 10.  Is 10 a solution?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Fewer than 8 tickets are left. Number of tickets t:  t ______ 8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ride is for riders at least 42 inches tall. What is the shortest height allowed?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&gt; 7. What is the smallest whole number that makes it true?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game needs at least 4 players. Write an inequality for the number of players p, then say whether 4 players is allowed.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8: Equations and Inequalities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8-4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8.4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